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302DED" w14:textId="62CE8194" w:rsidR="004D6E80" w:rsidRDefault="00000000">
      <w:pPr>
        <w:pStyle w:val="FormTitle"/>
        <w:jc w:val="center"/>
        <w:rPr>
          <w:lang w:eastAsia="ja-JP"/>
        </w:rPr>
      </w:pPr>
      <w:r>
        <w:rPr>
          <w:rFonts w:hint="eastAsia"/>
          <w:lang w:eastAsia="ja-JP"/>
        </w:rPr>
        <w:t>地</w:t>
      </w:r>
      <w:r>
        <w:rPr>
          <w:lang w:eastAsia="ja-JP"/>
        </w:rPr>
        <w:t>域おこし協力隊　エントリーシート</w:t>
      </w:r>
    </w:p>
    <w:p w14:paraId="1D6E2AEA" w14:textId="77777777" w:rsidR="0008189E" w:rsidRDefault="0008189E">
      <w:pPr>
        <w:pStyle w:val="FormTitle"/>
        <w:jc w:val="center"/>
        <w:rPr>
          <w:rFonts w:hint="eastAsia"/>
          <w:lang w:eastAsia="ja-JP"/>
        </w:rPr>
      </w:pPr>
    </w:p>
    <w:p w14:paraId="47F43034" w14:textId="4F48EB17" w:rsidR="004F1987" w:rsidRDefault="004F1987" w:rsidP="004F1987">
      <w:pPr>
        <w:spacing w:line="240" w:lineRule="auto"/>
        <w:jc w:val="right"/>
        <w:rPr>
          <w:rFonts w:hint="eastAsia"/>
          <w:sz w:val="18"/>
          <w:lang w:eastAsia="ja-JP"/>
        </w:rPr>
      </w:pPr>
      <w:r>
        <w:rPr>
          <w:rFonts w:hint="eastAsia"/>
          <w:sz w:val="18"/>
          <w:lang w:eastAsia="ja-JP"/>
        </w:rPr>
        <w:t xml:space="preserve">　　　　　　　　　　　記入日　：　　　　年　　　　月　　　　日</w:t>
      </w:r>
    </w:p>
    <w:p w14:paraId="2E5EADDF" w14:textId="3434CE7A" w:rsidR="004D6E80" w:rsidRDefault="004F1987" w:rsidP="004F1987">
      <w:pPr>
        <w:jc w:val="center"/>
        <w:rPr>
          <w:lang w:eastAsia="ja-JP"/>
        </w:rPr>
      </w:pPr>
      <w:r>
        <w:rPr>
          <w:rFonts w:hint="eastAsia"/>
          <w:sz w:val="18"/>
          <w:lang w:eastAsia="ja-JP"/>
        </w:rPr>
        <w:t xml:space="preserve">　　　　　　　　　　　　　　　　　　　　　</w:t>
      </w:r>
      <w:r>
        <w:rPr>
          <w:sz w:val="18"/>
          <w:lang w:eastAsia="ja-JP"/>
        </w:rPr>
        <w:t xml:space="preserve">  </w:t>
      </w:r>
      <w:r w:rsidR="0008189E">
        <w:rPr>
          <w:rFonts w:hint="eastAsia"/>
          <w:sz w:val="18"/>
          <w:lang w:eastAsia="ja-JP"/>
        </w:rPr>
        <w:t>お</w:t>
      </w:r>
      <w:r>
        <w:rPr>
          <w:rFonts w:hint="eastAsia"/>
          <w:sz w:val="18"/>
          <w:lang w:eastAsia="ja-JP"/>
        </w:rPr>
        <w:t>名前　：</w:t>
      </w:r>
    </w:p>
    <w:p w14:paraId="5BA4D71A" w14:textId="77777777" w:rsidR="0008189E" w:rsidRDefault="0008189E" w:rsidP="004F1987">
      <w:pPr>
        <w:spacing w:before="100" w:after="80"/>
        <w:rPr>
          <w:b/>
          <w:lang w:eastAsia="ja-JP"/>
        </w:rPr>
      </w:pPr>
    </w:p>
    <w:p w14:paraId="2F60B625" w14:textId="77777777" w:rsidR="0008189E" w:rsidRDefault="0008189E" w:rsidP="0008189E">
      <w:pPr>
        <w:spacing w:before="100" w:after="80"/>
        <w:jc w:val="center"/>
        <w:rPr>
          <w:b/>
          <w:lang w:eastAsia="ja-JP"/>
        </w:rPr>
      </w:pPr>
      <w:r>
        <w:rPr>
          <w:rFonts w:hint="eastAsia"/>
          <w:b/>
          <w:lang w:eastAsia="ja-JP"/>
        </w:rPr>
        <w:t>【</w:t>
      </w:r>
      <w:r w:rsidR="00000000">
        <w:rPr>
          <w:b/>
          <w:lang w:eastAsia="ja-JP"/>
        </w:rPr>
        <w:t>記入にあたって</w:t>
      </w:r>
      <w:r w:rsidR="004F1987">
        <w:rPr>
          <w:rFonts w:hint="eastAsia"/>
          <w:b/>
          <w:lang w:eastAsia="ja-JP"/>
        </w:rPr>
        <w:t>のご案内</w:t>
      </w:r>
      <w:r>
        <w:rPr>
          <w:rFonts w:hint="eastAsia"/>
          <w:b/>
          <w:lang w:eastAsia="ja-JP"/>
        </w:rPr>
        <w:t>】</w:t>
      </w:r>
    </w:p>
    <w:p w14:paraId="252C00DB" w14:textId="77777777" w:rsidR="0008189E" w:rsidRDefault="004F1987" w:rsidP="0008189E">
      <w:pPr>
        <w:spacing w:before="100" w:after="80"/>
        <w:rPr>
          <w:lang w:eastAsia="ja-JP"/>
        </w:rPr>
      </w:pPr>
      <w:r>
        <w:rPr>
          <w:rFonts w:hint="eastAsia"/>
          <w:lang w:eastAsia="ja-JP"/>
        </w:rPr>
        <w:t>・</w:t>
      </w:r>
      <w:r w:rsidR="00000000">
        <w:rPr>
          <w:lang w:eastAsia="ja-JP"/>
        </w:rPr>
        <w:t>このシートは、これまでの経験やスキルだけでなく、地域おこし協力隊として「何に取り組みたいか」「その活動が</w:t>
      </w:r>
      <w:r>
        <w:rPr>
          <w:lang w:eastAsia="ja-JP"/>
        </w:rPr>
        <w:br/>
      </w:r>
      <w:r>
        <w:rPr>
          <w:rFonts w:hint="eastAsia"/>
          <w:lang w:eastAsia="ja-JP"/>
        </w:rPr>
        <w:t xml:space="preserve">　</w:t>
      </w:r>
      <w:r w:rsidR="00000000">
        <w:rPr>
          <w:lang w:eastAsia="ja-JP"/>
        </w:rPr>
        <w:t>誰にどのような良い変化を生むか」を確認するためのものです。現時点での考えで構いませんので、ご自身の言葉で</w:t>
      </w:r>
      <w:r>
        <w:rPr>
          <w:lang w:eastAsia="ja-JP"/>
        </w:rPr>
        <w:br/>
      </w:r>
      <w:r>
        <w:rPr>
          <w:rFonts w:hint="eastAsia"/>
          <w:lang w:eastAsia="ja-JP"/>
        </w:rPr>
        <w:t xml:space="preserve">　</w:t>
      </w:r>
      <w:r w:rsidR="00000000">
        <w:rPr>
          <w:lang w:eastAsia="ja-JP"/>
        </w:rPr>
        <w:t>具体的に記入してください。</w:t>
      </w:r>
    </w:p>
    <w:p w14:paraId="2822C8BE" w14:textId="77777777" w:rsidR="0008189E" w:rsidRDefault="004F1987" w:rsidP="0008189E">
      <w:pPr>
        <w:spacing w:before="100" w:after="80"/>
        <w:rPr>
          <w:lang w:eastAsia="ja-JP"/>
        </w:rPr>
      </w:pPr>
      <w:r>
        <w:rPr>
          <w:rFonts w:hint="eastAsia"/>
          <w:lang w:eastAsia="ja-JP"/>
        </w:rPr>
        <w:t>・</w:t>
      </w:r>
      <w:r w:rsidR="00295036">
        <w:rPr>
          <w:rFonts w:hint="eastAsia"/>
          <w:lang w:eastAsia="ja-JP"/>
        </w:rPr>
        <w:t>正解はございません</w:t>
      </w:r>
      <w:r w:rsidR="00295036">
        <w:rPr>
          <w:rFonts w:hint="eastAsia"/>
          <w:lang w:eastAsia="ja-JP"/>
        </w:rPr>
        <w:t>ので、あなた自身の考えを記入してください。</w:t>
      </w:r>
    </w:p>
    <w:p w14:paraId="3CA4C020" w14:textId="77777777" w:rsidR="0008189E" w:rsidRDefault="004F1987" w:rsidP="0008189E">
      <w:pPr>
        <w:spacing w:before="100" w:after="80"/>
        <w:rPr>
          <w:lang w:eastAsia="ja-JP"/>
        </w:rPr>
      </w:pPr>
      <w:r>
        <w:rPr>
          <w:lang w:eastAsia="ja-JP"/>
        </w:rPr>
        <w:t>・記入欄の大きさや文字数に制限はありません。枠に収まらない場合は、適宜広げたり、ページを追加したりしていた</w:t>
      </w:r>
      <w:r>
        <w:rPr>
          <w:lang w:eastAsia="ja-JP"/>
        </w:rPr>
        <w:br/>
      </w:r>
      <w:r>
        <w:rPr>
          <w:rFonts w:hint="eastAsia"/>
          <w:lang w:eastAsia="ja-JP"/>
        </w:rPr>
        <w:t xml:space="preserve">　</w:t>
      </w:r>
      <w:r>
        <w:rPr>
          <w:lang w:eastAsia="ja-JP"/>
        </w:rPr>
        <w:t>だいて構いません。</w:t>
      </w:r>
    </w:p>
    <w:p w14:paraId="1580A4E8" w14:textId="77777777" w:rsidR="0008189E" w:rsidRDefault="004F1987" w:rsidP="0008189E">
      <w:pPr>
        <w:spacing w:before="100" w:after="80"/>
        <w:rPr>
          <w:lang w:eastAsia="ja-JP"/>
        </w:rPr>
      </w:pPr>
      <w:r>
        <w:rPr>
          <w:lang w:eastAsia="ja-JP"/>
        </w:rPr>
        <w:t>・文章だけでなく、図や写真などを使用していただいても構いません。</w:t>
      </w:r>
    </w:p>
    <w:p w14:paraId="6A88C220" w14:textId="77777777" w:rsidR="0008189E" w:rsidRDefault="004F1987" w:rsidP="0008189E">
      <w:pPr>
        <w:spacing w:before="100" w:after="80"/>
        <w:rPr>
          <w:lang w:eastAsia="ja-JP"/>
        </w:rPr>
      </w:pPr>
      <w:r>
        <w:rPr>
          <w:lang w:eastAsia="ja-JP"/>
        </w:rPr>
        <w:t>・活動実績や企画、ポートフォリオなど、伝えたい内容がある場合は別途資料を添付していただいて構いません。</w:t>
      </w:r>
    </w:p>
    <w:p w14:paraId="63372B4F" w14:textId="77777777" w:rsidR="0008189E" w:rsidRDefault="004F1987" w:rsidP="0008189E">
      <w:pPr>
        <w:spacing w:before="100" w:after="80"/>
        <w:rPr>
          <w:lang w:eastAsia="ja-JP"/>
        </w:rPr>
      </w:pPr>
      <w:r>
        <w:rPr>
          <w:lang w:eastAsia="ja-JP"/>
        </w:rPr>
        <w:t>・現時点ですべてが具体的に決まっている必要はありません。地域での活動を通じて考えていきたいことも含めてご記</w:t>
      </w:r>
      <w:r>
        <w:rPr>
          <w:lang w:eastAsia="ja-JP"/>
        </w:rPr>
        <w:br/>
      </w:r>
      <w:r>
        <w:rPr>
          <w:rFonts w:hint="eastAsia"/>
          <w:lang w:eastAsia="ja-JP"/>
        </w:rPr>
        <w:t xml:space="preserve">　</w:t>
      </w:r>
      <w:r>
        <w:rPr>
          <w:lang w:eastAsia="ja-JP"/>
        </w:rPr>
        <w:t>入ください。</w:t>
      </w:r>
    </w:p>
    <w:p w14:paraId="0FD79490" w14:textId="6F45C8D9" w:rsidR="004F1987" w:rsidRDefault="004F1987" w:rsidP="0008189E">
      <w:pPr>
        <w:spacing w:before="100" w:after="80"/>
        <w:rPr>
          <w:rFonts w:hint="eastAsia"/>
          <w:lang w:eastAsia="ja-JP"/>
        </w:rPr>
      </w:pPr>
      <w:r>
        <w:rPr>
          <w:lang w:eastAsia="ja-JP"/>
        </w:rPr>
        <w:t>・記入量や資料の多さそのものを評価するものではありません。</w:t>
      </w:r>
    </w:p>
    <w:p w14:paraId="6990AEA1" w14:textId="77777777" w:rsidR="004F1987" w:rsidRDefault="004F1987">
      <w:pPr>
        <w:pStyle w:val="SectionHead"/>
        <w:spacing w:before="80" w:after="40"/>
        <w:rPr>
          <w:rFonts w:hint="eastAsia"/>
          <w:lang w:eastAsia="ja-JP"/>
        </w:rPr>
      </w:pPr>
    </w:p>
    <w:p w14:paraId="7B3126FC" w14:textId="77777777" w:rsidR="004F1987" w:rsidRDefault="004F1987">
      <w:pPr>
        <w:pStyle w:val="SectionHead"/>
        <w:spacing w:before="80" w:after="40"/>
        <w:rPr>
          <w:rFonts w:hint="eastAsia"/>
          <w:lang w:eastAsia="ja-JP"/>
        </w:rPr>
      </w:pPr>
    </w:p>
    <w:p w14:paraId="20E3A965" w14:textId="70CC2AF3" w:rsidR="004D6E80" w:rsidRPr="004F1987" w:rsidRDefault="004F1987">
      <w:pPr>
        <w:pStyle w:val="SectionHead"/>
        <w:spacing w:before="80" w:after="40"/>
        <w:rPr>
          <w:sz w:val="24"/>
          <w:szCs w:val="24"/>
          <w:lang w:eastAsia="ja-JP"/>
        </w:rPr>
      </w:pPr>
      <w:r w:rsidRPr="004F1987">
        <w:rPr>
          <w:rFonts w:hint="eastAsia"/>
          <w:sz w:val="24"/>
          <w:szCs w:val="24"/>
          <w:lang w:eastAsia="ja-JP"/>
        </w:rPr>
        <w:t>１</w:t>
      </w:r>
      <w:r w:rsidR="00000000" w:rsidRPr="004F1987">
        <w:rPr>
          <w:sz w:val="24"/>
          <w:szCs w:val="24"/>
          <w:lang w:eastAsia="ja-JP"/>
        </w:rPr>
        <w:t xml:space="preserve">　地域おこし協力隊として取り組みたいこと</w:t>
      </w:r>
    </w:p>
    <w:p w14:paraId="58E63E2A" w14:textId="77777777" w:rsidR="004D6E80" w:rsidRDefault="00000000">
      <w:pPr>
        <w:spacing w:after="40"/>
        <w:rPr>
          <w:lang w:eastAsia="ja-JP"/>
        </w:rPr>
      </w:pPr>
      <w:r>
        <w:rPr>
          <w:lang w:eastAsia="ja-JP"/>
        </w:rPr>
        <w:t>着任後、地域おこし協力隊としてどのような活動に取り組みたいですか。募集内容や地域の状況を踏まえて、できるだけ具体的に記入してください。</w:t>
      </w:r>
    </w:p>
    <w:tbl>
      <w:tblPr>
        <w:tblStyle w:val="afe"/>
        <w:tblW w:w="0" w:type="auto"/>
        <w:tblLook w:val="04A0" w:firstRow="1" w:lastRow="0" w:firstColumn="1" w:lastColumn="0" w:noHBand="0" w:noVBand="1"/>
      </w:tblPr>
      <w:tblGrid>
        <w:gridCol w:w="10200"/>
      </w:tblGrid>
      <w:tr w:rsidR="004D6E80" w14:paraId="535D4C43" w14:textId="77777777">
        <w:trPr>
          <w:cantSplit/>
        </w:trPr>
        <w:tc>
          <w:tcPr>
            <w:tcW w:w="10200" w:type="dxa"/>
            <w:tcMar>
              <w:top w:w="80" w:type="dxa"/>
              <w:left w:w="110" w:type="dxa"/>
              <w:bottom w:w="80" w:type="dxa"/>
              <w:right w:w="110" w:type="dxa"/>
            </w:tcMar>
          </w:tcPr>
          <w:p w14:paraId="35CCEE8F" w14:textId="77777777" w:rsidR="0008189E" w:rsidRDefault="0008189E">
            <w:pPr>
              <w:rPr>
                <w:lang w:eastAsia="ja-JP"/>
              </w:rPr>
            </w:pPr>
          </w:p>
          <w:p w14:paraId="26F42C03" w14:textId="77777777" w:rsidR="0008189E" w:rsidRDefault="0008189E">
            <w:pPr>
              <w:rPr>
                <w:lang w:eastAsia="ja-JP"/>
              </w:rPr>
            </w:pPr>
          </w:p>
          <w:p w14:paraId="11A2FC22" w14:textId="77777777" w:rsidR="0008189E" w:rsidRDefault="0008189E">
            <w:pPr>
              <w:rPr>
                <w:lang w:eastAsia="ja-JP"/>
              </w:rPr>
            </w:pPr>
          </w:p>
          <w:p w14:paraId="48ABFED1" w14:textId="77777777" w:rsidR="0008189E" w:rsidRDefault="0008189E">
            <w:pPr>
              <w:rPr>
                <w:lang w:eastAsia="ja-JP"/>
              </w:rPr>
            </w:pPr>
          </w:p>
          <w:p w14:paraId="16CE9F5B" w14:textId="77777777" w:rsidR="0008189E" w:rsidRDefault="0008189E">
            <w:pPr>
              <w:rPr>
                <w:lang w:eastAsia="ja-JP"/>
              </w:rPr>
            </w:pPr>
          </w:p>
          <w:p w14:paraId="74BD8447" w14:textId="77777777" w:rsidR="0008189E" w:rsidRDefault="0008189E">
            <w:pPr>
              <w:rPr>
                <w:lang w:eastAsia="ja-JP"/>
              </w:rPr>
            </w:pPr>
          </w:p>
          <w:p w14:paraId="040DE575" w14:textId="77777777" w:rsidR="0008189E" w:rsidRDefault="0008189E">
            <w:pPr>
              <w:rPr>
                <w:lang w:eastAsia="ja-JP"/>
              </w:rPr>
            </w:pPr>
          </w:p>
          <w:p w14:paraId="3D45D23A" w14:textId="77777777" w:rsidR="0008189E" w:rsidRDefault="0008189E">
            <w:pPr>
              <w:rPr>
                <w:lang w:eastAsia="ja-JP"/>
              </w:rPr>
            </w:pPr>
          </w:p>
          <w:p w14:paraId="7AFE98F1" w14:textId="77777777" w:rsidR="0008189E" w:rsidRDefault="0008189E">
            <w:pPr>
              <w:rPr>
                <w:lang w:eastAsia="ja-JP"/>
              </w:rPr>
            </w:pPr>
          </w:p>
          <w:p w14:paraId="35A647B6" w14:textId="77777777" w:rsidR="0008189E" w:rsidRDefault="0008189E">
            <w:pPr>
              <w:rPr>
                <w:lang w:eastAsia="ja-JP"/>
              </w:rPr>
            </w:pPr>
          </w:p>
          <w:p w14:paraId="44E51261" w14:textId="77777777" w:rsidR="0008189E" w:rsidRDefault="0008189E">
            <w:pPr>
              <w:rPr>
                <w:lang w:eastAsia="ja-JP"/>
              </w:rPr>
            </w:pPr>
          </w:p>
          <w:p w14:paraId="28A90C23" w14:textId="77777777" w:rsidR="0008189E" w:rsidRDefault="0008189E">
            <w:pPr>
              <w:rPr>
                <w:lang w:eastAsia="ja-JP"/>
              </w:rPr>
            </w:pPr>
          </w:p>
          <w:p w14:paraId="4DCA298B" w14:textId="77777777" w:rsidR="0008189E" w:rsidRDefault="0008189E">
            <w:pPr>
              <w:rPr>
                <w:lang w:eastAsia="ja-JP"/>
              </w:rPr>
            </w:pPr>
          </w:p>
          <w:p w14:paraId="13EBAD1F" w14:textId="2080A17C" w:rsidR="0008189E" w:rsidRDefault="0008189E">
            <w:pPr>
              <w:rPr>
                <w:rFonts w:hint="eastAsia"/>
                <w:lang w:eastAsia="ja-JP"/>
              </w:rPr>
            </w:pPr>
          </w:p>
        </w:tc>
      </w:tr>
    </w:tbl>
    <w:p w14:paraId="70B9DF6B" w14:textId="77777777" w:rsidR="004F1987" w:rsidRDefault="004F1987" w:rsidP="004F1987">
      <w:pPr>
        <w:rPr>
          <w:b/>
          <w:bCs/>
          <w:sz w:val="22"/>
          <w:lang w:eastAsia="ja-JP"/>
        </w:rPr>
      </w:pPr>
    </w:p>
    <w:p w14:paraId="621A9090" w14:textId="330F94DD" w:rsidR="004D6E80" w:rsidRPr="004F1987" w:rsidRDefault="004F1987" w:rsidP="004F1987">
      <w:pPr>
        <w:rPr>
          <w:b/>
          <w:bCs/>
          <w:sz w:val="24"/>
          <w:szCs w:val="24"/>
          <w:lang w:eastAsia="ja-JP"/>
        </w:rPr>
      </w:pPr>
      <w:r w:rsidRPr="004F1987">
        <w:rPr>
          <w:rFonts w:hint="eastAsia"/>
          <w:b/>
          <w:bCs/>
          <w:sz w:val="24"/>
          <w:szCs w:val="24"/>
          <w:lang w:eastAsia="ja-JP"/>
        </w:rPr>
        <w:lastRenderedPageBreak/>
        <w:t>２</w:t>
      </w:r>
      <w:r w:rsidR="00000000" w:rsidRPr="004F1987">
        <w:rPr>
          <w:b/>
          <w:bCs/>
          <w:sz w:val="24"/>
          <w:szCs w:val="24"/>
          <w:lang w:eastAsia="ja-JP"/>
        </w:rPr>
        <w:t xml:space="preserve">　その活動によって生まれる「良い変化」</w:t>
      </w:r>
    </w:p>
    <w:p w14:paraId="3028C412" w14:textId="48B80D93" w:rsidR="004D6E80" w:rsidRDefault="00000000">
      <w:pPr>
        <w:spacing w:after="60"/>
        <w:rPr>
          <w:lang w:eastAsia="ja-JP"/>
        </w:rPr>
      </w:pPr>
      <w:r>
        <w:rPr>
          <w:lang w:eastAsia="ja-JP"/>
        </w:rPr>
        <w:t>設問</w:t>
      </w:r>
      <w:r w:rsidR="004F1987">
        <w:rPr>
          <w:rFonts w:hint="eastAsia"/>
          <w:lang w:eastAsia="ja-JP"/>
        </w:rPr>
        <w:t>１</w:t>
      </w:r>
      <w:r>
        <w:rPr>
          <w:lang w:eastAsia="ja-JP"/>
        </w:rPr>
        <w:t>で記入した活動によって、次の3者にどのよう変化</w:t>
      </w:r>
      <w:r w:rsidR="00295036">
        <w:rPr>
          <w:rFonts w:hint="eastAsia"/>
          <w:lang w:eastAsia="ja-JP"/>
        </w:rPr>
        <w:t>やメリット</w:t>
      </w:r>
      <w:r>
        <w:rPr>
          <w:lang w:eastAsia="ja-JP"/>
        </w:rPr>
        <w:t>が生まれると思いますか。現時点で想定できる範囲で記入してください。</w:t>
      </w:r>
    </w:p>
    <w:tbl>
      <w:tblPr>
        <w:tblStyle w:val="afe"/>
        <w:tblW w:w="0" w:type="auto"/>
        <w:jc w:val="center"/>
        <w:tblLook w:val="04A0" w:firstRow="1" w:lastRow="0" w:firstColumn="1" w:lastColumn="0" w:noHBand="0" w:noVBand="1"/>
      </w:tblPr>
      <w:tblGrid>
        <w:gridCol w:w="2977"/>
        <w:gridCol w:w="7223"/>
      </w:tblGrid>
      <w:tr w:rsidR="004D6E80" w14:paraId="2E392A62" w14:textId="77777777" w:rsidTr="00295036">
        <w:trPr>
          <w:cantSplit/>
          <w:jc w:val="center"/>
        </w:trPr>
        <w:tc>
          <w:tcPr>
            <w:tcW w:w="2977" w:type="dxa"/>
            <w:shd w:val="clear" w:color="auto" w:fill="D9EAD3"/>
            <w:tcMar>
              <w:top w:w="80" w:type="dxa"/>
              <w:left w:w="110" w:type="dxa"/>
              <w:bottom w:w="80" w:type="dxa"/>
              <w:right w:w="110" w:type="dxa"/>
            </w:tcMar>
          </w:tcPr>
          <w:p w14:paraId="26F6C5A0" w14:textId="77777777" w:rsidR="004D6E80" w:rsidRDefault="00000000">
            <w:pPr>
              <w:jc w:val="center"/>
            </w:pPr>
            <w:proofErr w:type="spellStart"/>
            <w:r>
              <w:rPr>
                <w:b/>
              </w:rPr>
              <w:t>対象</w:t>
            </w:r>
            <w:proofErr w:type="spellEnd"/>
          </w:p>
        </w:tc>
        <w:tc>
          <w:tcPr>
            <w:tcW w:w="7223" w:type="dxa"/>
            <w:shd w:val="clear" w:color="auto" w:fill="D9EAD3"/>
            <w:tcMar>
              <w:top w:w="80" w:type="dxa"/>
              <w:left w:w="110" w:type="dxa"/>
              <w:bottom w:w="80" w:type="dxa"/>
              <w:right w:w="110" w:type="dxa"/>
            </w:tcMar>
          </w:tcPr>
          <w:p w14:paraId="640851DB" w14:textId="7A92A129" w:rsidR="004D6E80" w:rsidRDefault="00000000">
            <w:pPr>
              <w:jc w:val="center"/>
              <w:rPr>
                <w:lang w:eastAsia="ja-JP"/>
              </w:rPr>
            </w:pPr>
            <w:r>
              <w:rPr>
                <w:b/>
                <w:lang w:eastAsia="ja-JP"/>
              </w:rPr>
              <w:t>記入欄</w:t>
            </w:r>
          </w:p>
        </w:tc>
      </w:tr>
      <w:tr w:rsidR="004D6E80" w14:paraId="53F79641" w14:textId="77777777" w:rsidTr="00295036">
        <w:trPr>
          <w:cantSplit/>
          <w:jc w:val="center"/>
        </w:trPr>
        <w:tc>
          <w:tcPr>
            <w:tcW w:w="2977" w:type="dxa"/>
            <w:shd w:val="clear" w:color="auto" w:fill="F2F2F2"/>
            <w:tcMar>
              <w:top w:w="80" w:type="dxa"/>
              <w:left w:w="110" w:type="dxa"/>
              <w:bottom w:w="80" w:type="dxa"/>
              <w:right w:w="110" w:type="dxa"/>
            </w:tcMar>
            <w:vAlign w:val="center"/>
          </w:tcPr>
          <w:p w14:paraId="621BB3B0" w14:textId="77777777" w:rsidR="004D6E80" w:rsidRDefault="00000000">
            <w:pPr>
              <w:jc w:val="center"/>
            </w:pPr>
            <w:proofErr w:type="spellStart"/>
            <w:r>
              <w:rPr>
                <w:b/>
              </w:rPr>
              <w:t>行政</w:t>
            </w:r>
            <w:proofErr w:type="spellEnd"/>
          </w:p>
        </w:tc>
        <w:tc>
          <w:tcPr>
            <w:tcW w:w="7223" w:type="dxa"/>
            <w:tcMar>
              <w:top w:w="80" w:type="dxa"/>
              <w:left w:w="110" w:type="dxa"/>
              <w:bottom w:w="80" w:type="dxa"/>
              <w:right w:w="110" w:type="dxa"/>
            </w:tcMar>
          </w:tcPr>
          <w:p w14:paraId="06A85D8E" w14:textId="77777777" w:rsidR="00295036" w:rsidRDefault="00295036">
            <w:pPr>
              <w:rPr>
                <w:lang w:eastAsia="ja-JP"/>
              </w:rPr>
            </w:pPr>
          </w:p>
          <w:p w14:paraId="6BB1696A" w14:textId="77777777" w:rsidR="0008189E" w:rsidRDefault="0008189E">
            <w:pPr>
              <w:rPr>
                <w:lang w:eastAsia="ja-JP"/>
              </w:rPr>
            </w:pPr>
          </w:p>
          <w:p w14:paraId="19CF933C" w14:textId="77777777" w:rsidR="0008189E" w:rsidRDefault="0008189E">
            <w:pPr>
              <w:rPr>
                <w:lang w:eastAsia="ja-JP"/>
              </w:rPr>
            </w:pPr>
          </w:p>
          <w:p w14:paraId="5CBCD036" w14:textId="77777777" w:rsidR="0008189E" w:rsidRDefault="0008189E">
            <w:pPr>
              <w:rPr>
                <w:lang w:eastAsia="ja-JP"/>
              </w:rPr>
            </w:pPr>
          </w:p>
          <w:p w14:paraId="5BC948B8" w14:textId="4F8E9BBF" w:rsidR="0008189E" w:rsidRDefault="0008189E">
            <w:pPr>
              <w:rPr>
                <w:rFonts w:hint="eastAsia"/>
                <w:lang w:eastAsia="ja-JP"/>
              </w:rPr>
            </w:pPr>
          </w:p>
        </w:tc>
      </w:tr>
      <w:tr w:rsidR="004D6E80" w14:paraId="6BAB6F46" w14:textId="77777777" w:rsidTr="00295036">
        <w:trPr>
          <w:cantSplit/>
          <w:jc w:val="center"/>
        </w:trPr>
        <w:tc>
          <w:tcPr>
            <w:tcW w:w="2977" w:type="dxa"/>
            <w:shd w:val="clear" w:color="auto" w:fill="F2F2F2"/>
            <w:tcMar>
              <w:top w:w="80" w:type="dxa"/>
              <w:left w:w="110" w:type="dxa"/>
              <w:bottom w:w="80" w:type="dxa"/>
              <w:right w:w="110" w:type="dxa"/>
            </w:tcMar>
            <w:vAlign w:val="center"/>
          </w:tcPr>
          <w:p w14:paraId="5C4C2C87" w14:textId="77777777" w:rsidR="004D6E80" w:rsidRDefault="00000000">
            <w:pPr>
              <w:jc w:val="center"/>
            </w:pPr>
            <w:proofErr w:type="spellStart"/>
            <w:r>
              <w:rPr>
                <w:b/>
              </w:rPr>
              <w:t>地域</w:t>
            </w:r>
            <w:proofErr w:type="spellEnd"/>
          </w:p>
        </w:tc>
        <w:tc>
          <w:tcPr>
            <w:tcW w:w="7223" w:type="dxa"/>
            <w:tcMar>
              <w:top w:w="80" w:type="dxa"/>
              <w:left w:w="110" w:type="dxa"/>
              <w:bottom w:w="80" w:type="dxa"/>
              <w:right w:w="110" w:type="dxa"/>
            </w:tcMar>
          </w:tcPr>
          <w:p w14:paraId="7DD65489" w14:textId="77777777" w:rsidR="004D6E80" w:rsidRDefault="004D6E80">
            <w:pPr>
              <w:rPr>
                <w:lang w:eastAsia="ja-JP"/>
              </w:rPr>
            </w:pPr>
          </w:p>
          <w:p w14:paraId="231E1F01" w14:textId="77777777" w:rsidR="0008189E" w:rsidRDefault="0008189E">
            <w:pPr>
              <w:rPr>
                <w:lang w:eastAsia="ja-JP"/>
              </w:rPr>
            </w:pPr>
          </w:p>
          <w:p w14:paraId="4C34A0A0" w14:textId="77777777" w:rsidR="0008189E" w:rsidRDefault="0008189E">
            <w:pPr>
              <w:rPr>
                <w:lang w:eastAsia="ja-JP"/>
              </w:rPr>
            </w:pPr>
          </w:p>
          <w:p w14:paraId="7D678722" w14:textId="77777777" w:rsidR="0008189E" w:rsidRDefault="0008189E">
            <w:pPr>
              <w:rPr>
                <w:lang w:eastAsia="ja-JP"/>
              </w:rPr>
            </w:pPr>
          </w:p>
          <w:p w14:paraId="71552CFA" w14:textId="3C9E1840" w:rsidR="0008189E" w:rsidRDefault="0008189E">
            <w:pPr>
              <w:rPr>
                <w:rFonts w:hint="eastAsia"/>
                <w:lang w:eastAsia="ja-JP"/>
              </w:rPr>
            </w:pPr>
          </w:p>
        </w:tc>
      </w:tr>
      <w:tr w:rsidR="004D6E80" w14:paraId="41B6CA57" w14:textId="77777777" w:rsidTr="00295036">
        <w:trPr>
          <w:cantSplit/>
          <w:jc w:val="center"/>
        </w:trPr>
        <w:tc>
          <w:tcPr>
            <w:tcW w:w="2977" w:type="dxa"/>
            <w:shd w:val="clear" w:color="auto" w:fill="F2F2F2"/>
            <w:tcMar>
              <w:top w:w="80" w:type="dxa"/>
              <w:left w:w="110" w:type="dxa"/>
              <w:bottom w:w="80" w:type="dxa"/>
              <w:right w:w="110" w:type="dxa"/>
            </w:tcMar>
            <w:vAlign w:val="center"/>
          </w:tcPr>
          <w:p w14:paraId="2AD8C565" w14:textId="30BD339A" w:rsidR="004D6E80" w:rsidRDefault="00295036">
            <w:pPr>
              <w:jc w:val="center"/>
            </w:pPr>
            <w:r>
              <w:rPr>
                <w:rFonts w:hint="eastAsia"/>
                <w:b/>
                <w:lang w:eastAsia="ja-JP"/>
              </w:rPr>
              <w:t>協力隊（</w:t>
            </w:r>
            <w:r w:rsidR="00000000">
              <w:rPr>
                <w:rFonts w:hint="eastAsia"/>
                <w:b/>
                <w:lang w:eastAsia="ja-JP"/>
              </w:rPr>
              <w:t>あ</w:t>
            </w:r>
            <w:proofErr w:type="spellStart"/>
            <w:r w:rsidR="00000000">
              <w:rPr>
                <w:b/>
              </w:rPr>
              <w:t>なた自身</w:t>
            </w:r>
            <w:proofErr w:type="spellEnd"/>
            <w:r>
              <w:rPr>
                <w:rFonts w:hint="eastAsia"/>
                <w:b/>
                <w:lang w:eastAsia="ja-JP"/>
              </w:rPr>
              <w:t>）</w:t>
            </w:r>
          </w:p>
        </w:tc>
        <w:tc>
          <w:tcPr>
            <w:tcW w:w="7223" w:type="dxa"/>
            <w:tcMar>
              <w:top w:w="80" w:type="dxa"/>
              <w:left w:w="110" w:type="dxa"/>
              <w:bottom w:w="80" w:type="dxa"/>
              <w:right w:w="110" w:type="dxa"/>
            </w:tcMar>
          </w:tcPr>
          <w:p w14:paraId="092008BA" w14:textId="77777777" w:rsidR="004D6E80" w:rsidRDefault="004D6E80">
            <w:pPr>
              <w:rPr>
                <w:lang w:eastAsia="ja-JP"/>
              </w:rPr>
            </w:pPr>
          </w:p>
          <w:p w14:paraId="47EE3E8C" w14:textId="77777777" w:rsidR="0008189E" w:rsidRDefault="0008189E">
            <w:pPr>
              <w:rPr>
                <w:lang w:eastAsia="ja-JP"/>
              </w:rPr>
            </w:pPr>
          </w:p>
          <w:p w14:paraId="1B7F198C" w14:textId="77777777" w:rsidR="0008189E" w:rsidRDefault="0008189E">
            <w:pPr>
              <w:rPr>
                <w:lang w:eastAsia="ja-JP"/>
              </w:rPr>
            </w:pPr>
          </w:p>
          <w:p w14:paraId="0B6EF4A4" w14:textId="77777777" w:rsidR="0008189E" w:rsidRDefault="0008189E">
            <w:pPr>
              <w:rPr>
                <w:lang w:eastAsia="ja-JP"/>
              </w:rPr>
            </w:pPr>
          </w:p>
          <w:p w14:paraId="59197BFF" w14:textId="07B81FE3" w:rsidR="0008189E" w:rsidRDefault="0008189E">
            <w:pPr>
              <w:rPr>
                <w:rFonts w:hint="eastAsia"/>
                <w:lang w:eastAsia="ja-JP"/>
              </w:rPr>
            </w:pPr>
          </w:p>
        </w:tc>
      </w:tr>
    </w:tbl>
    <w:p w14:paraId="333F7CBD" w14:textId="77777777" w:rsidR="00295036" w:rsidRDefault="00295036">
      <w:pPr>
        <w:pStyle w:val="SectionHead"/>
        <w:spacing w:before="80" w:after="40"/>
        <w:rPr>
          <w:lang w:eastAsia="ja-JP"/>
        </w:rPr>
      </w:pPr>
    </w:p>
    <w:p w14:paraId="11799623" w14:textId="77777777" w:rsidR="0008189E" w:rsidRDefault="0008189E">
      <w:pPr>
        <w:pStyle w:val="SectionHead"/>
        <w:spacing w:before="80" w:after="40"/>
        <w:rPr>
          <w:rFonts w:hint="eastAsia"/>
          <w:lang w:eastAsia="ja-JP"/>
        </w:rPr>
      </w:pPr>
    </w:p>
    <w:p w14:paraId="1C7D4A3E" w14:textId="213321E0" w:rsidR="004D6E80" w:rsidRPr="004F1987" w:rsidRDefault="004F1987">
      <w:pPr>
        <w:pStyle w:val="SectionHead"/>
        <w:spacing w:before="80" w:after="40"/>
        <w:rPr>
          <w:sz w:val="24"/>
          <w:szCs w:val="24"/>
          <w:lang w:eastAsia="ja-JP"/>
        </w:rPr>
      </w:pPr>
      <w:r w:rsidRPr="004F1987">
        <w:rPr>
          <w:rFonts w:hint="eastAsia"/>
          <w:sz w:val="24"/>
          <w:szCs w:val="24"/>
          <w:lang w:eastAsia="ja-JP"/>
        </w:rPr>
        <w:t>３</w:t>
      </w:r>
      <w:r w:rsidR="00000000" w:rsidRPr="004F1987">
        <w:rPr>
          <w:sz w:val="24"/>
          <w:szCs w:val="24"/>
          <w:lang w:eastAsia="ja-JP"/>
        </w:rPr>
        <w:t xml:space="preserve">　地域・行政との関わり方</w:t>
      </w:r>
    </w:p>
    <w:p w14:paraId="0D95EFD0" w14:textId="6E65A0C6" w:rsidR="004D6E80" w:rsidRDefault="00000000">
      <w:pPr>
        <w:spacing w:after="40"/>
        <w:rPr>
          <w:lang w:eastAsia="ja-JP"/>
        </w:rPr>
      </w:pPr>
      <w:r>
        <w:rPr>
          <w:lang w:eastAsia="ja-JP"/>
        </w:rPr>
        <w:t>活動を進めるうえで、地域住民・地域の事業者・行政と、どのように関係をつくりながら取り組んでいきたいですか。</w:t>
      </w:r>
    </w:p>
    <w:tbl>
      <w:tblPr>
        <w:tblStyle w:val="afe"/>
        <w:tblW w:w="0" w:type="auto"/>
        <w:tblLook w:val="04A0" w:firstRow="1" w:lastRow="0" w:firstColumn="1" w:lastColumn="0" w:noHBand="0" w:noVBand="1"/>
      </w:tblPr>
      <w:tblGrid>
        <w:gridCol w:w="10200"/>
      </w:tblGrid>
      <w:tr w:rsidR="004D6E80" w14:paraId="2AEAB3CE" w14:textId="77777777">
        <w:trPr>
          <w:cantSplit/>
        </w:trPr>
        <w:tc>
          <w:tcPr>
            <w:tcW w:w="10200" w:type="dxa"/>
            <w:tcMar>
              <w:top w:w="80" w:type="dxa"/>
              <w:left w:w="110" w:type="dxa"/>
              <w:bottom w:w="80" w:type="dxa"/>
              <w:right w:w="110" w:type="dxa"/>
            </w:tcMar>
          </w:tcPr>
          <w:p w14:paraId="20D6816F" w14:textId="77777777" w:rsidR="004D6E80" w:rsidRDefault="004D6E80">
            <w:pPr>
              <w:rPr>
                <w:lang w:eastAsia="ja-JP"/>
              </w:rPr>
            </w:pPr>
          </w:p>
          <w:p w14:paraId="342253C2" w14:textId="77777777" w:rsidR="0008189E" w:rsidRDefault="0008189E">
            <w:pPr>
              <w:rPr>
                <w:lang w:eastAsia="ja-JP"/>
              </w:rPr>
            </w:pPr>
          </w:p>
          <w:p w14:paraId="63AA5236" w14:textId="77777777" w:rsidR="0008189E" w:rsidRDefault="0008189E">
            <w:pPr>
              <w:rPr>
                <w:lang w:eastAsia="ja-JP"/>
              </w:rPr>
            </w:pPr>
          </w:p>
          <w:p w14:paraId="3CD25182" w14:textId="77777777" w:rsidR="0008189E" w:rsidRDefault="0008189E">
            <w:pPr>
              <w:rPr>
                <w:lang w:eastAsia="ja-JP"/>
              </w:rPr>
            </w:pPr>
          </w:p>
          <w:p w14:paraId="3A40A1FE" w14:textId="77777777" w:rsidR="0008189E" w:rsidRDefault="0008189E">
            <w:pPr>
              <w:rPr>
                <w:lang w:eastAsia="ja-JP"/>
              </w:rPr>
            </w:pPr>
          </w:p>
          <w:p w14:paraId="4C1DB662" w14:textId="5BF0DF80" w:rsidR="0008189E" w:rsidRDefault="0008189E">
            <w:pPr>
              <w:rPr>
                <w:rFonts w:hint="eastAsia"/>
                <w:lang w:eastAsia="ja-JP"/>
              </w:rPr>
            </w:pPr>
          </w:p>
        </w:tc>
      </w:tr>
    </w:tbl>
    <w:p w14:paraId="3499DCD4" w14:textId="77777777" w:rsidR="00295036" w:rsidRDefault="00295036">
      <w:pPr>
        <w:pStyle w:val="SectionHead"/>
        <w:spacing w:before="80" w:after="40"/>
        <w:rPr>
          <w:lang w:eastAsia="ja-JP"/>
        </w:rPr>
      </w:pPr>
    </w:p>
    <w:p w14:paraId="1CF62013" w14:textId="77777777" w:rsidR="0008189E" w:rsidRDefault="0008189E">
      <w:pPr>
        <w:pStyle w:val="SectionHead"/>
        <w:spacing w:before="80" w:after="40"/>
        <w:rPr>
          <w:rFonts w:hint="eastAsia"/>
          <w:lang w:eastAsia="ja-JP"/>
        </w:rPr>
      </w:pPr>
    </w:p>
    <w:p w14:paraId="0900B663" w14:textId="3583B6B1" w:rsidR="004D6E80" w:rsidRPr="004F1987" w:rsidRDefault="004F1987">
      <w:pPr>
        <w:pStyle w:val="SectionHead"/>
        <w:spacing w:before="80" w:after="40"/>
        <w:rPr>
          <w:sz w:val="24"/>
          <w:szCs w:val="24"/>
          <w:lang w:eastAsia="ja-JP"/>
        </w:rPr>
      </w:pPr>
      <w:r w:rsidRPr="004F1987">
        <w:rPr>
          <w:rFonts w:hint="eastAsia"/>
          <w:sz w:val="24"/>
          <w:szCs w:val="24"/>
          <w:lang w:eastAsia="ja-JP"/>
        </w:rPr>
        <w:t>４</w:t>
      </w:r>
      <w:r w:rsidR="00000000" w:rsidRPr="004F1987">
        <w:rPr>
          <w:sz w:val="24"/>
          <w:szCs w:val="24"/>
          <w:lang w:eastAsia="ja-JP"/>
        </w:rPr>
        <w:t xml:space="preserve">　任期</w:t>
      </w:r>
      <w:r w:rsidR="0008189E">
        <w:rPr>
          <w:rFonts w:hint="eastAsia"/>
          <w:sz w:val="24"/>
          <w:szCs w:val="24"/>
          <w:lang w:eastAsia="ja-JP"/>
        </w:rPr>
        <w:t>終了後</w:t>
      </w:r>
      <w:r w:rsidR="00000000" w:rsidRPr="004F1987">
        <w:rPr>
          <w:sz w:val="24"/>
          <w:szCs w:val="24"/>
          <w:lang w:eastAsia="ja-JP"/>
        </w:rPr>
        <w:t>のイメージ</w:t>
      </w:r>
    </w:p>
    <w:p w14:paraId="7B61B18D" w14:textId="5DFC6398" w:rsidR="004D6E80" w:rsidRDefault="00000000">
      <w:pPr>
        <w:spacing w:after="40"/>
        <w:rPr>
          <w:lang w:eastAsia="ja-JP"/>
        </w:rPr>
      </w:pPr>
      <w:r>
        <w:rPr>
          <w:lang w:eastAsia="ja-JP"/>
        </w:rPr>
        <w:t>任期終了後の</w:t>
      </w:r>
      <w:r w:rsidR="0008189E">
        <w:rPr>
          <w:rFonts w:hint="eastAsia"/>
          <w:lang w:eastAsia="ja-JP"/>
        </w:rPr>
        <w:t>イメージ（</w:t>
      </w:r>
      <w:r>
        <w:rPr>
          <w:lang w:eastAsia="ja-JP"/>
        </w:rPr>
        <w:t>仕事や暮らし、地域との関わり</w:t>
      </w:r>
      <w:r w:rsidR="0008189E">
        <w:rPr>
          <w:rFonts w:hint="eastAsia"/>
          <w:lang w:eastAsia="ja-JP"/>
        </w:rPr>
        <w:t>等）</w:t>
      </w:r>
      <w:r>
        <w:rPr>
          <w:lang w:eastAsia="ja-JP"/>
        </w:rPr>
        <w:t>について、現時点で考えていることを記入してください。</w:t>
      </w:r>
    </w:p>
    <w:tbl>
      <w:tblPr>
        <w:tblStyle w:val="afe"/>
        <w:tblW w:w="0" w:type="auto"/>
        <w:tblLook w:val="04A0" w:firstRow="1" w:lastRow="0" w:firstColumn="1" w:lastColumn="0" w:noHBand="0" w:noVBand="1"/>
      </w:tblPr>
      <w:tblGrid>
        <w:gridCol w:w="10200"/>
      </w:tblGrid>
      <w:tr w:rsidR="004D6E80" w14:paraId="179048EA" w14:textId="77777777">
        <w:trPr>
          <w:cantSplit/>
        </w:trPr>
        <w:tc>
          <w:tcPr>
            <w:tcW w:w="10200" w:type="dxa"/>
            <w:tcMar>
              <w:top w:w="80" w:type="dxa"/>
              <w:left w:w="110" w:type="dxa"/>
              <w:bottom w:w="80" w:type="dxa"/>
              <w:right w:w="110" w:type="dxa"/>
            </w:tcMar>
          </w:tcPr>
          <w:p w14:paraId="579CAF0E" w14:textId="77777777" w:rsidR="004D6E80" w:rsidRDefault="004D6E80">
            <w:pPr>
              <w:rPr>
                <w:lang w:eastAsia="ja-JP"/>
              </w:rPr>
            </w:pPr>
          </w:p>
          <w:p w14:paraId="33859B72" w14:textId="77777777" w:rsidR="0008189E" w:rsidRDefault="0008189E">
            <w:pPr>
              <w:rPr>
                <w:lang w:eastAsia="ja-JP"/>
              </w:rPr>
            </w:pPr>
          </w:p>
          <w:p w14:paraId="22C8F528" w14:textId="77777777" w:rsidR="0008189E" w:rsidRDefault="0008189E">
            <w:pPr>
              <w:rPr>
                <w:lang w:eastAsia="ja-JP"/>
              </w:rPr>
            </w:pPr>
          </w:p>
          <w:p w14:paraId="33FD8B13" w14:textId="77777777" w:rsidR="0008189E" w:rsidRDefault="0008189E">
            <w:pPr>
              <w:rPr>
                <w:lang w:eastAsia="ja-JP"/>
              </w:rPr>
            </w:pPr>
          </w:p>
          <w:p w14:paraId="78569615" w14:textId="77777777" w:rsidR="0008189E" w:rsidRDefault="0008189E">
            <w:pPr>
              <w:rPr>
                <w:lang w:eastAsia="ja-JP"/>
              </w:rPr>
            </w:pPr>
          </w:p>
          <w:p w14:paraId="6DE57A43" w14:textId="4053540E" w:rsidR="0008189E" w:rsidRDefault="0008189E">
            <w:pPr>
              <w:rPr>
                <w:rFonts w:hint="eastAsia"/>
                <w:lang w:eastAsia="ja-JP"/>
              </w:rPr>
            </w:pPr>
          </w:p>
        </w:tc>
      </w:tr>
    </w:tbl>
    <w:p w14:paraId="0181390E" w14:textId="41A74D8A" w:rsidR="00295036" w:rsidRDefault="00295036">
      <w:pPr>
        <w:rPr>
          <w:lang w:eastAsia="ja-JP"/>
        </w:rPr>
      </w:pPr>
    </w:p>
    <w:sectPr w:rsidR="00295036" w:rsidSect="00034616">
      <w:footerReference w:type="default" r:id="rId8"/>
      <w:pgSz w:w="12240" w:h="15840"/>
      <w:pgMar w:top="794" w:right="1020" w:bottom="79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689FFD" w14:textId="77777777" w:rsidR="00E82394" w:rsidRDefault="00E82394">
      <w:pPr>
        <w:spacing w:after="0" w:line="240" w:lineRule="auto"/>
      </w:pPr>
      <w:r>
        <w:separator/>
      </w:r>
    </w:p>
  </w:endnote>
  <w:endnote w:type="continuationSeparator" w:id="0">
    <w:p w14:paraId="15DA457B" w14:textId="77777777" w:rsidR="00E82394" w:rsidRDefault="00E82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0C486" w14:textId="7DF77A2D" w:rsidR="004D6E80" w:rsidRPr="0008189E" w:rsidRDefault="0008189E" w:rsidP="0008189E">
    <w:pPr>
      <w:pStyle w:val="a7"/>
      <w:jc w:val="right"/>
      <w:rPr>
        <w:color w:val="808080" w:themeColor="background1" w:themeShade="80"/>
        <w:sz w:val="11"/>
        <w:szCs w:val="15"/>
        <w:lang w:eastAsia="ja-JP"/>
      </w:rPr>
    </w:pPr>
    <w:r w:rsidRPr="0008189E">
      <w:rPr>
        <w:color w:val="808080" w:themeColor="background1" w:themeShade="80"/>
        <w:sz w:val="11"/>
        <w:szCs w:val="15"/>
        <w:lang w:eastAsia="ja-JP"/>
      </w:rPr>
      <w:t xml:space="preserve">Vol1.0 </w:t>
    </w:r>
    <w:r w:rsidRPr="0008189E">
      <w:rPr>
        <w:rFonts w:hint="eastAsia"/>
        <w:color w:val="808080" w:themeColor="background1" w:themeShade="80"/>
        <w:sz w:val="11"/>
        <w:szCs w:val="15"/>
        <w:lang w:eastAsia="ja-JP"/>
      </w:rPr>
      <w:t>©️</w:t>
    </w:r>
    <w:r w:rsidRPr="0008189E">
      <w:rPr>
        <w:color w:val="808080" w:themeColor="background1" w:themeShade="80"/>
        <w:sz w:val="11"/>
        <w:szCs w:val="15"/>
        <w:lang w:eastAsia="ja-JP"/>
      </w:rPr>
      <w:t>NPO</w:t>
    </w:r>
    <w:r w:rsidRPr="0008189E">
      <w:rPr>
        <w:rFonts w:hint="eastAsia"/>
        <w:color w:val="808080" w:themeColor="background1" w:themeShade="80"/>
        <w:sz w:val="11"/>
        <w:szCs w:val="15"/>
        <w:lang w:eastAsia="ja-JP"/>
      </w:rPr>
      <w:t>法人ぐんま地域おこし協力隊ネットワーク</w:t>
    </w:r>
    <w:r w:rsidRPr="0008189E">
      <w:rPr>
        <w:color w:val="808080" w:themeColor="background1" w:themeShade="80"/>
        <w:sz w:val="11"/>
        <w:szCs w:val="15"/>
        <w:lang w:eastAsia="ja-JP"/>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54C5AC" w14:textId="77777777" w:rsidR="00E82394" w:rsidRDefault="00E82394">
      <w:pPr>
        <w:spacing w:after="0" w:line="240" w:lineRule="auto"/>
      </w:pPr>
      <w:r>
        <w:separator/>
      </w:r>
    </w:p>
  </w:footnote>
  <w:footnote w:type="continuationSeparator" w:id="0">
    <w:p w14:paraId="36E1E860" w14:textId="77777777" w:rsidR="00E82394" w:rsidRDefault="00E823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0850568">
    <w:abstractNumId w:val="8"/>
  </w:num>
  <w:num w:numId="2" w16cid:durableId="267086765">
    <w:abstractNumId w:val="6"/>
  </w:num>
  <w:num w:numId="3" w16cid:durableId="1079643735">
    <w:abstractNumId w:val="5"/>
  </w:num>
  <w:num w:numId="4" w16cid:durableId="1319192847">
    <w:abstractNumId w:val="4"/>
  </w:num>
  <w:num w:numId="5" w16cid:durableId="1931547317">
    <w:abstractNumId w:val="7"/>
  </w:num>
  <w:num w:numId="6" w16cid:durableId="1793748599">
    <w:abstractNumId w:val="3"/>
  </w:num>
  <w:num w:numId="7" w16cid:durableId="906106811">
    <w:abstractNumId w:val="2"/>
  </w:num>
  <w:num w:numId="8" w16cid:durableId="1921134783">
    <w:abstractNumId w:val="1"/>
  </w:num>
  <w:num w:numId="9" w16cid:durableId="12995309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89E"/>
    <w:rsid w:val="0015074B"/>
    <w:rsid w:val="00295036"/>
    <w:rsid w:val="0029639D"/>
    <w:rsid w:val="00326F90"/>
    <w:rsid w:val="004D6E80"/>
    <w:rsid w:val="004F1987"/>
    <w:rsid w:val="009042BB"/>
    <w:rsid w:val="00AA1D8D"/>
    <w:rsid w:val="00B47730"/>
    <w:rsid w:val="00CB0664"/>
    <w:rsid w:val="00D4507F"/>
    <w:rsid w:val="00E823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58DECEB"/>
  <w14:defaultImageDpi w14:val="300"/>
  <w15:docId w15:val="{493BA0C9-01C7-424F-8F0E-F381678B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rPr>
      <w:rFonts w:ascii="Yu Gothic" w:eastAsia="Yu Gothic" w:hAnsi="Yu Gothic"/>
      <w:b/>
      <w:sz w:val="36"/>
    </w:rPr>
  </w:style>
  <w:style w:type="paragraph" w:customStyle="1" w:styleId="SectionHead">
    <w:name w:val="SectionHead"/>
    <w:rPr>
      <w:rFonts w:ascii="Yu Gothic" w:eastAsia="Yu Gothic" w:hAnsi="Yu Gothic"/>
      <w: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752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大輔 岩崎</cp:lastModifiedBy>
  <cp:revision>2</cp:revision>
  <cp:lastPrinted>2026-09-19T03:22:00Z</cp:lastPrinted>
  <dcterms:created xsi:type="dcterms:W3CDTF">2026-09-19T03:24:00Z</dcterms:created>
  <dcterms:modified xsi:type="dcterms:W3CDTF">2026-09-19T03:24:00Z</dcterms:modified>
  <cp:category/>
</cp:coreProperties>
</file>